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гарантирующего поставщика / сетевой организации]</w:t>
      </w:r>
    </w:p>
    <w:p>
      <w:r>
        <w:t>Адрес: [адрес организации]</w:t>
      </w:r>
    </w:p>
    <w:p/>
    <w:p>
      <w:r>
        <w:t>От: [ФИО полностью]</w:t>
      </w:r>
    </w:p>
    <w:p>
      <w:r>
        <w:t>Дата и место рождения: [дд.мм.гггг, место рождения]</w:t>
      </w:r>
    </w:p>
    <w:p>
      <w:r>
        <w:t>Паспорт: серия [____] № [______]</w:t>
      </w:r>
    </w:p>
    <w:p>
      <w:r>
        <w:t>Зарегистрирован(а) по адресу: [адрес регистрации]</w:t>
      </w:r>
    </w:p>
    <w:p>
      <w:r>
        <w:t>Телефон: [+7 ___ ___-__-__]</w:t>
      </w:r>
    </w:p>
    <w:p>
      <w:r>
        <w:t>E-mail: [адрес электронной почты]</w:t>
      </w:r>
    </w:p>
    <w:p/>
    <w:p>
      <w:r>
        <w:t>ЗАЯВЛЕНИЕ</w:t>
      </w:r>
    </w:p>
    <w:p>
      <w:r>
        <w:t>о ненадлежащем качестве электрической энергии</w:t>
      </w:r>
    </w:p>
    <w:p/>
    <w:p>
      <w:r>
        <w:t>Между мной и [наименование организации] заключён договор энергоснабжения № [номер] от [дата]. Энергопринимающее устройство расположено по адресу: [полный адрес].</w:t>
      </w:r>
    </w:p>
    <w:p>
      <w:r>
        <w:t>Начиная с [месяц, год] качество поставляемой электрической энергии систематически не соответствует установленным требованиям. Напряжение в электрической сети регулярно опускается ниже допустимых значений, предусмотренных ГОСТ 32144-2013 и ГОСТ 29322-2014.</w:t>
      </w:r>
    </w:p>
    <w:p>
      <w:r>
        <w:t>Результаты произведённых мной замеров:</w:t>
      </w:r>
    </w:p>
    <w:p>
      <w:r>
        <w:t>• [дата, время] — [___] В;</w:t>
      </w:r>
    </w:p>
    <w:p>
      <w:r>
        <w:t>• [дата, время] — [___] В;</w:t>
      </w:r>
    </w:p>
    <w:p>
      <w:r>
        <w:t>• [дата, время] — [___] В.</w:t>
      </w:r>
    </w:p>
    <w:p/>
    <w:p>
      <w:r>
        <w:t>Пониженное напряжение приводит к невозможности нормального использования бытовых электроприборов, ухудшает условия их эксплуатации и создаёт угрозу выхода оборудования из строя.</w:t>
      </w:r>
    </w:p>
    <w:p>
      <w:r>
        <w:t>[При наличии: В результате указанных нарушений вышла из строя следующая бытовая техника: (перечислить).]</w:t>
      </w:r>
    </w:p>
    <w:p/>
    <w:p>
      <w:r>
        <w:t>На основании изложенного прошу:</w:t>
      </w:r>
    </w:p>
    <w:p>
      <w:r>
        <w:t>1. Провести проверку качества поставляемой электрической энергии по указанному адресу с составлением соответствующего акта.</w:t>
      </w:r>
    </w:p>
    <w:p>
      <w:r>
        <w:t>2. Уведомить меня о дате и времени проведения проверки для обеспечения моего присутствия.</w:t>
      </w:r>
    </w:p>
    <w:p>
      <w:r>
        <w:t>3. Выдать мне экземпляр акта проверки.</w:t>
      </w:r>
    </w:p>
    <w:p>
      <w:r>
        <w:t>4. Принять необходимые меры по приведению качества электрической энергии в соответствие с требованиями действующего законодательства и нормативных документов.</w:t>
      </w:r>
    </w:p>
    <w:p>
      <w:r>
        <w:t>5. Произвести перерасчёт платы за электрическую энергию за период оказания услуги ненадлежащего качества.</w:t>
      </w:r>
    </w:p>
    <w:p/>
    <w:p>
      <w:r>
        <w:t>Ответ прошу направить [почтовым отправлением по адресу: __________ / на адрес электронной почты: __________].</w:t>
      </w:r>
    </w:p>
    <w:p>
      <w:r>
        <w:t>О результатах рассмотрения настоящего заявления прошу уведомить меня в установленный законодательством Российской Федерации срок. В случае неполучения ответа либо отказа в проведении проверки оставляю за собой право обратиться в органы Роспотребнадзора, органы прокуратуры и в суд в порядке, предусмотренном Законом Российской Федерации от 07.02.1992 № 2300-1 «О защите прав потребителей».</w:t>
      </w:r>
    </w:p>
    <w:p/>
    <w:p>
      <w:r>
        <w:t>Приложения:</w:t>
      </w:r>
    </w:p>
    <w:p>
      <w:r>
        <w:t>1. Таблица результатов замеров напряжения — на ___ л.</w:t>
      </w:r>
    </w:p>
    <w:p>
      <w:r>
        <w:t>2. Фотоматериалы — на ___ л.</w:t>
      </w:r>
    </w:p>
    <w:p>
      <w:r>
        <w:t>3. [При наличии: копии документов на вышедшую из строя бытовую технику, заключение сервисного центра, иные подтверждающие документы.]</w:t>
      </w:r>
    </w:p>
    <w:p/>
    <w:p>
      <w:r>
        <w:t>«___» __________ 20___ г.</w:t>
      </w:r>
    </w:p>
    <w:p/>
    <w:p>
      <w:r>
        <w:t>_____________________ / [ФИО] 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